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E42E1" w14:textId="7D2CA417" w:rsidR="009755E0" w:rsidRDefault="009755E0">
      <w:pPr>
        <w:pStyle w:val="Title"/>
      </w:pPr>
      <w:r>
        <w:fldChar w:fldCharType="begin"/>
      </w:r>
      <w:r>
        <w:instrText xml:space="preserve"> INCLUDEPICTURE "https://www.babysureglobal.com/wp-content/uploads/2022/10/Baby-Sure-IVF-Center.png"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2BE8753" wp14:editId="73DCEAE7">
            <wp:extent cx="4961255" cy="1421130"/>
            <wp:effectExtent l="0" t="0" r="4445" b="0"/>
            <wp:docPr id="1161743281" name="Picture 1" descr="Best IVF Clinic and Fertility Centre, Infertility trea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IVF Clinic and Fertility Centre, Infertility treat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5327C9" w14:textId="76CA147E" w:rsidR="004D6C25" w:rsidRDefault="00000000">
      <w:pPr>
        <w:pStyle w:val="Title"/>
      </w:pPr>
      <w:r>
        <w:t>IVF Package Offer</w:t>
      </w:r>
      <w:r w:rsidR="009755E0">
        <w:t xml:space="preserve"> </w:t>
      </w:r>
      <w:r>
        <w:t>and Patient Acceptance</w:t>
      </w:r>
    </w:p>
    <w:p w14:paraId="352A2FC6" w14:textId="09526547" w:rsidR="004D6C25" w:rsidRDefault="00000000">
      <w:r>
        <w:rPr>
          <w:b/>
          <w:color w:val="A17B34"/>
          <w:sz w:val="18"/>
        </w:rPr>
        <w:t>KAZAKHSTAN    |   2026</w:t>
      </w:r>
      <w:r w:rsidR="00443D9B">
        <w:rPr>
          <w:b/>
          <w:color w:val="A17B34"/>
          <w:sz w:val="18"/>
        </w:rPr>
        <w:t>-2027</w:t>
      </w:r>
    </w:p>
    <w:p w14:paraId="3B43E539" w14:textId="77777777" w:rsidR="004D6C25" w:rsidRDefault="00000000">
      <w:pPr>
        <w:spacing w:after="40"/>
      </w:pPr>
      <w:r>
        <w:rPr>
          <w:noProof/>
        </w:rPr>
        <w:drawing>
          <wp:inline distT="0" distB="0" distL="0" distR="0" wp14:anchorId="47B79021" wp14:editId="68212AD0">
            <wp:extent cx="6492240" cy="2164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c6056fe5-85de-4809-b762-4de9a62e0cd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9F23" w14:textId="59CEB531" w:rsidR="004D6C25" w:rsidRDefault="00000000">
      <w:r>
        <w:rPr>
          <w:sz w:val="17"/>
        </w:rPr>
        <w:t xml:space="preserve">Consultation | IVF laboratory care | Genetic </w:t>
      </w:r>
      <w:r w:rsidR="00443D9B">
        <w:rPr>
          <w:sz w:val="17"/>
        </w:rPr>
        <w:t xml:space="preserve">Testing </w:t>
      </w:r>
    </w:p>
    <w:p w14:paraId="238EDCFB" w14:textId="77777777" w:rsidR="004D6C25" w:rsidRDefault="00000000">
      <w:pPr>
        <w:pStyle w:val="Heading1"/>
      </w:pPr>
      <w:r>
        <w:t>Patient details</w:t>
      </w:r>
    </w:p>
    <w:p w14:paraId="3AC045CD" w14:textId="4A90237A" w:rsidR="004D6C25" w:rsidRDefault="00000000">
      <w:r>
        <w:t xml:space="preserve">Patient </w:t>
      </w:r>
      <w:r w:rsidR="009755E0">
        <w:t>N</w:t>
      </w:r>
      <w:r>
        <w:t>ame: __________________________________</w:t>
      </w:r>
      <w:r w:rsidR="00AE34B9">
        <w:t>UHID-</w:t>
      </w:r>
      <w:r>
        <w:t>__________________</w:t>
      </w:r>
    </w:p>
    <w:p w14:paraId="7D42A149" w14:textId="1903EE2B" w:rsidR="004D6C25" w:rsidRDefault="00000000">
      <w:r>
        <w:t xml:space="preserve">Partner </w:t>
      </w:r>
      <w:r w:rsidR="009755E0">
        <w:t>N</w:t>
      </w:r>
      <w:r w:rsidR="00443D9B">
        <w:t>ame:</w:t>
      </w:r>
      <w:r w:rsidR="009755E0">
        <w:t xml:space="preserve"> </w:t>
      </w:r>
      <w:r>
        <w:t>_________________________________________</w:t>
      </w:r>
      <w:r w:rsidR="00443D9B">
        <w:t>________</w:t>
      </w:r>
      <w:r>
        <w:t>________</w:t>
      </w:r>
    </w:p>
    <w:p w14:paraId="0032693B" w14:textId="4E6B9723" w:rsidR="004D6C25" w:rsidRDefault="00000000">
      <w:r>
        <w:t>Patient passport: ___________________</w:t>
      </w:r>
      <w:r w:rsidR="00443D9B" w:rsidRPr="00443D9B">
        <w:t xml:space="preserve"> </w:t>
      </w:r>
      <w:r w:rsidR="00443D9B">
        <w:t>Partner Passport:</w:t>
      </w:r>
      <w:r w:rsidR="009755E0">
        <w:t xml:space="preserve"> </w:t>
      </w:r>
      <w:r w:rsidR="00443D9B">
        <w:t>____________________</w:t>
      </w:r>
      <w:r>
        <w:t xml:space="preserve">_  </w:t>
      </w:r>
      <w:r w:rsidR="00443D9B">
        <w:t xml:space="preserve">                                                </w:t>
      </w:r>
      <w:r>
        <w:t>Contact: ________________________</w:t>
      </w:r>
      <w:r w:rsidR="009755E0">
        <w:t>_____________________________________</w:t>
      </w:r>
      <w:r>
        <w:t>_</w:t>
      </w:r>
    </w:p>
    <w:p w14:paraId="28FBABB7" w14:textId="1091F4D5" w:rsidR="004D6C25" w:rsidRDefault="00000000">
      <w:r>
        <w:t>Email: ________________________________________________________________</w:t>
      </w:r>
    </w:p>
    <w:p w14:paraId="59F7568F" w14:textId="77777777" w:rsidR="004D6C25" w:rsidRDefault="00000000">
      <w:pPr>
        <w:pStyle w:val="Heading1"/>
      </w:pPr>
      <w:r>
        <w:t>Included services</w:t>
      </w:r>
    </w:p>
    <w:p w14:paraId="00C09454" w14:textId="11465105" w:rsidR="004D6C25" w:rsidRDefault="009755E0">
      <w:pPr>
        <w:pStyle w:val="ListBullet"/>
        <w:spacing w:after="80"/>
      </w:pPr>
      <w:r>
        <w:t xml:space="preserve">1 </w:t>
      </w:r>
      <w:r w:rsidR="00000000">
        <w:t xml:space="preserve">IVF </w:t>
      </w:r>
      <w:r>
        <w:t xml:space="preserve">pick up </w:t>
      </w:r>
      <w:r w:rsidR="00000000">
        <w:t xml:space="preserve">with multiple </w:t>
      </w:r>
      <w:r>
        <w:t xml:space="preserve">transfer </w:t>
      </w:r>
      <w:r w:rsidR="00000000">
        <w:t>attempts, within the treatment scope completed and agreed on page 2.</w:t>
      </w:r>
    </w:p>
    <w:p w14:paraId="77070EF6" w14:textId="77777777" w:rsidR="004D6C25" w:rsidRDefault="00000000">
      <w:pPr>
        <w:pStyle w:val="ListBullet"/>
        <w:spacing w:after="80"/>
      </w:pPr>
      <w:r>
        <w:t>Genetic testing for up to 8 suitable embryos, with laboratory genetic reports and doctor explanation of the findings.</w:t>
      </w:r>
    </w:p>
    <w:p w14:paraId="64D5F943" w14:textId="77777777" w:rsidR="004D6C25" w:rsidRDefault="00000000">
      <w:pPr>
        <w:pStyle w:val="ListBullet"/>
        <w:spacing w:after="80"/>
      </w:pPr>
      <w:r>
        <w:t>Embryo storage for up to 1 year.</w:t>
      </w:r>
    </w:p>
    <w:p w14:paraId="7FC87B58" w14:textId="77777777" w:rsidR="004D6C25" w:rsidRDefault="00000000">
      <w:pPr>
        <w:pStyle w:val="ListBullet"/>
        <w:spacing w:after="80"/>
      </w:pPr>
      <w:r>
        <w:t>Airport pickup and drop-off.</w:t>
      </w:r>
    </w:p>
    <w:p w14:paraId="4930D069" w14:textId="77777777" w:rsidR="004D6C25" w:rsidRDefault="00000000">
      <w:pPr>
        <w:pStyle w:val="ListBullet"/>
        <w:spacing w:after="80"/>
      </w:pPr>
      <w:r>
        <w:t>Travel desk assistance for planning and coordination.</w:t>
      </w:r>
    </w:p>
    <w:p w14:paraId="70B82621" w14:textId="77777777" w:rsidR="004D6C25" w:rsidRDefault="00000000">
      <w:pPr>
        <w:pStyle w:val="ListBullet"/>
        <w:spacing w:after="80"/>
      </w:pPr>
      <w:r>
        <w:t>Doctor consultations throughout the IVF process.</w:t>
      </w:r>
    </w:p>
    <w:p w14:paraId="639BC5F5" w14:textId="77777777" w:rsidR="004D6C25" w:rsidRDefault="00000000">
      <w:pPr>
        <w:pStyle w:val="Heading1"/>
      </w:pPr>
      <w:r>
        <w:t>Optional donors</w:t>
      </w:r>
    </w:p>
    <w:p w14:paraId="6A063F83" w14:textId="4DB1A2F6" w:rsidR="004D6C25" w:rsidRDefault="00000000">
      <w:r>
        <w:t>Indian, Russian and other Asian-country donors are available if required, subject to availability and applicable requirements. Donor services are charged separately at actual cost.</w:t>
      </w:r>
    </w:p>
    <w:p w14:paraId="0CBF79EE" w14:textId="77777777" w:rsidR="004D6C25" w:rsidRDefault="00000000">
      <w:r>
        <w:br w:type="page"/>
      </w:r>
    </w:p>
    <w:p w14:paraId="28B5642C" w14:textId="77777777" w:rsidR="004D6C25" w:rsidRDefault="00000000">
      <w:pPr>
        <w:pStyle w:val="Heading1"/>
      </w:pPr>
      <w:r>
        <w:lastRenderedPageBreak/>
        <w:t>Package price and payment schedule</w:t>
      </w:r>
    </w:p>
    <w:p w14:paraId="51D0B51D" w14:textId="77777777" w:rsidR="004D6C25" w:rsidRDefault="00000000">
      <w:r>
        <w:rPr>
          <w:b/>
          <w:color w:val="0B5158"/>
          <w:sz w:val="40"/>
        </w:rPr>
        <w:t>USD $12,500</w:t>
      </w:r>
    </w:p>
    <w:tbl>
      <w:tblPr>
        <w:tblW w:w="9356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740"/>
        <w:gridCol w:w="3781"/>
        <w:gridCol w:w="2835"/>
      </w:tblGrid>
      <w:tr w:rsidR="004D6C25" w:rsidRPr="00443D9B" w14:paraId="112219AD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C0FE2A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Payment stage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E368EC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When payable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83B5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3D1382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b/>
                <w:color w:val="FFFFFF"/>
                <w:sz w:val="28"/>
                <w:szCs w:val="28"/>
              </w:rPr>
              <w:t>Amount USD</w:t>
            </w:r>
          </w:p>
        </w:tc>
      </w:tr>
      <w:tr w:rsidR="004D6C25" w:rsidRPr="00443D9B" w14:paraId="23B00949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FC535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Registration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7D6767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At confirmation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F4E2DD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$1,000</w:t>
            </w:r>
          </w:p>
        </w:tc>
      </w:tr>
      <w:tr w:rsidR="004D6C25" w:rsidRPr="00443D9B" w14:paraId="603AB548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60F68F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Egg pickup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DF98E7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50% of the total package cost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F99E4E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$6,250</w:t>
            </w:r>
          </w:p>
        </w:tc>
      </w:tr>
      <w:tr w:rsidR="004D6C25" w:rsidRPr="00443D9B" w14:paraId="1FD03AD7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4965AC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First embryo transfer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CE5225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Remaining balance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324D67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sz w:val="28"/>
                <w:szCs w:val="28"/>
              </w:rPr>
              <w:t>$5,250</w:t>
            </w:r>
          </w:p>
        </w:tc>
      </w:tr>
      <w:tr w:rsidR="004D6C25" w:rsidRPr="00443D9B" w14:paraId="6D0FAB0C" w14:textId="77777777" w:rsidTr="00AE34B9">
        <w:tc>
          <w:tcPr>
            <w:tcW w:w="27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6E1C74" w14:textId="77777777" w:rsidR="004D6C25" w:rsidRPr="00443D9B" w:rsidRDefault="00000000">
            <w:pPr>
              <w:spacing w:after="40"/>
              <w:rPr>
                <w:sz w:val="28"/>
                <w:szCs w:val="28"/>
              </w:rPr>
            </w:pPr>
            <w:r w:rsidRPr="00443D9B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37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465985" w14:textId="77777777" w:rsidR="004D6C25" w:rsidRPr="00443D9B" w:rsidRDefault="004D6C25">
            <w:pPr>
              <w:spacing w:after="4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0F4F6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E512D1" w14:textId="77777777" w:rsidR="004D6C25" w:rsidRPr="00443D9B" w:rsidRDefault="00000000">
            <w:pPr>
              <w:spacing w:after="40"/>
              <w:jc w:val="right"/>
              <w:rPr>
                <w:sz w:val="28"/>
                <w:szCs w:val="28"/>
              </w:rPr>
            </w:pPr>
            <w:r w:rsidRPr="00443D9B">
              <w:rPr>
                <w:b/>
                <w:sz w:val="28"/>
                <w:szCs w:val="28"/>
              </w:rPr>
              <w:t xml:space="preserve"> $12,500</w:t>
            </w:r>
          </w:p>
        </w:tc>
      </w:tr>
    </w:tbl>
    <w:p w14:paraId="6842D179" w14:textId="77777777" w:rsidR="004D6C25" w:rsidRDefault="00000000">
      <w:pPr>
        <w:pStyle w:val="Heading1"/>
      </w:pPr>
      <w:r>
        <w:t>Excluded expenses</w:t>
      </w:r>
    </w:p>
    <w:p w14:paraId="666AFB4D" w14:textId="77777777" w:rsidR="004D6C25" w:rsidRDefault="00000000">
      <w:pPr>
        <w:pStyle w:val="ListBullet"/>
        <w:spacing w:after="80"/>
      </w:pPr>
      <w:r>
        <w:t>Pre-medication before egg pickup.</w:t>
      </w:r>
    </w:p>
    <w:p w14:paraId="3137ABD7" w14:textId="77777777" w:rsidR="004D6C25" w:rsidRDefault="00000000">
      <w:pPr>
        <w:pStyle w:val="ListBullet"/>
        <w:spacing w:after="80"/>
      </w:pPr>
      <w:r>
        <w:t>Post-medication after embryo transfer.</w:t>
      </w:r>
    </w:p>
    <w:p w14:paraId="3FC81C0A" w14:textId="77777777" w:rsidR="004D6C25" w:rsidRDefault="00000000">
      <w:pPr>
        <w:pStyle w:val="ListBullet"/>
        <w:spacing w:after="80"/>
      </w:pPr>
      <w:r>
        <w:t>Patient food, accommodation and travel expenses.</w:t>
      </w:r>
    </w:p>
    <w:p w14:paraId="7AE889AA" w14:textId="77777777" w:rsidR="004D6C25" w:rsidRDefault="00000000">
      <w:r>
        <w:t>Travel desk assistance does not include the cost of tickets, accommodation or meals. Airport pickup and drop-off remain included.</w:t>
      </w:r>
    </w:p>
    <w:p w14:paraId="45F63D63" w14:textId="77777777" w:rsidR="004D6C25" w:rsidRDefault="00000000">
      <w:pPr>
        <w:pStyle w:val="Heading1"/>
      </w:pPr>
      <w:r>
        <w:t>Agreed treatment scope</w:t>
      </w:r>
    </w:p>
    <w:p w14:paraId="129DD7C2" w14:textId="77777777" w:rsidR="004D6C25" w:rsidRDefault="00000000">
      <w:r>
        <w:t>Complete these fields jointly before signing. Multiple attempts do not imply unlimited egg retrievals or transfers.</w:t>
      </w:r>
    </w:p>
    <w:p w14:paraId="4C6AEA51" w14:textId="5DF3D673" w:rsidR="004D6C25" w:rsidRDefault="00000000">
      <w:r>
        <w:t>Included egg retrieval cycles: ______   Included embryo transfer attempts: __</w:t>
      </w:r>
      <w:r w:rsidR="00443D9B">
        <w:t>________</w:t>
      </w:r>
    </w:p>
    <w:p w14:paraId="3CAC1226" w14:textId="77777777" w:rsidR="004D6C25" w:rsidRDefault="00000000">
      <w:r>
        <w:t>Time period for included attempts: __________________________________________</w:t>
      </w:r>
    </w:p>
    <w:p w14:paraId="304104C9" w14:textId="77777777" w:rsidR="004D6C25" w:rsidRDefault="00000000">
      <w:r>
        <w:t>Genetic test type and scope: _______________________________________________</w:t>
      </w:r>
    </w:p>
    <w:p w14:paraId="496169B6" w14:textId="77777777" w:rsidR="004D6C25" w:rsidRDefault="00000000">
      <w:r>
        <w:t>Agreed additional charges or terms if any: _____________________________________</w:t>
      </w:r>
    </w:p>
    <w:p w14:paraId="4D481233" w14:textId="77777777" w:rsidR="004D6C25" w:rsidRDefault="00000000">
      <w:pPr>
        <w:pStyle w:val="Heading1"/>
      </w:pPr>
      <w:r>
        <w:t>Patient acknowledgement and acceptance</w:t>
      </w:r>
    </w:p>
    <w:p w14:paraId="60EF1361" w14:textId="77777777" w:rsidR="004D6C25" w:rsidRDefault="00000000">
      <w:r>
        <w:t>I/We have read and understood the included services, exclusions, agreed treatment scope and payment schedule. Genetic testing has limitations and is not 100% accurate; it does not guarantee pregnancy, a live birth or a healthy baby. Treatment depends on the doctor’s assessment and suitable embryos being available. This acceptance concerns the package and does not replace the treating clinic’s separate medical consent.</w:t>
      </w:r>
    </w:p>
    <w:p w14:paraId="4EC75CCF" w14:textId="77777777" w:rsidR="004D6C25" w:rsidRDefault="00000000">
      <w:pPr>
        <w:spacing w:before="240"/>
      </w:pPr>
      <w:r>
        <w:t>Patient signature: ___________________________  Date: _______________________</w:t>
      </w:r>
    </w:p>
    <w:p w14:paraId="5140529B" w14:textId="6480ADF1" w:rsidR="004D6C25" w:rsidRDefault="00000000">
      <w:pPr>
        <w:spacing w:before="240"/>
      </w:pPr>
      <w:r>
        <w:t>Partner signature if applicable: _________________</w:t>
      </w:r>
      <w:proofErr w:type="gramStart"/>
      <w:r>
        <w:t>_  Date</w:t>
      </w:r>
      <w:proofErr w:type="gramEnd"/>
      <w:r>
        <w:t>: _____________________</w:t>
      </w:r>
    </w:p>
    <w:p w14:paraId="2BADE33F" w14:textId="77777777" w:rsidR="004D6C25" w:rsidRDefault="00000000">
      <w:r>
        <w:t>For Baby Sure Global</w:t>
      </w:r>
    </w:p>
    <w:p w14:paraId="48F3A0AF" w14:textId="6DE8C2D5" w:rsidR="004D6C25" w:rsidRDefault="00000000">
      <w:r>
        <w:t>Representative name and designation: ______________________________________</w:t>
      </w:r>
    </w:p>
    <w:p w14:paraId="45682746" w14:textId="3E6CC5B0" w:rsidR="004D6C25" w:rsidRDefault="00000000">
      <w:pPr>
        <w:spacing w:before="240"/>
      </w:pPr>
      <w:r>
        <w:t>Signature and company stamp: _________________</w:t>
      </w:r>
      <w:proofErr w:type="gramStart"/>
      <w:r>
        <w:t>_  Date</w:t>
      </w:r>
      <w:proofErr w:type="gramEnd"/>
      <w:r>
        <w:t>: _____________________</w:t>
      </w:r>
    </w:p>
    <w:p w14:paraId="346F5B77" w14:textId="77777777" w:rsidR="00443D9B" w:rsidRDefault="00443D9B">
      <w:pPr>
        <w:spacing w:before="240"/>
      </w:pPr>
    </w:p>
    <w:p w14:paraId="39A7119B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>Baby Sure Global</w:t>
      </w:r>
    </w:p>
    <w:p w14:paraId="595B46B1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1DB3D6E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For On line payment </w:t>
      </w:r>
    </w:p>
    <w:p w14:paraId="17485D9F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4E3C605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Company Name- Baby Sure Global </w:t>
      </w:r>
    </w:p>
    <w:p w14:paraId="7D490A06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Bank name - ICICI bank </w:t>
      </w:r>
    </w:p>
    <w:p w14:paraId="76128442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Address -Palam corporate Plaza, Ansal API, Palam Vihar, </w:t>
      </w:r>
    </w:p>
    <w:p w14:paraId="3F68D063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Gurgaon 122017 </w:t>
      </w:r>
    </w:p>
    <w:p w14:paraId="330F3BE9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IFSC- ICIC0002452 </w:t>
      </w:r>
    </w:p>
    <w:p w14:paraId="6A7A1A3B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  <w:r w:rsidRPr="00443D9B">
        <w:t xml:space="preserve">Account No-245205001164 </w:t>
      </w:r>
    </w:p>
    <w:p w14:paraId="694D394D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529C2014" w14:textId="77777777" w:rsidR="00443D9B" w:rsidRPr="00443D9B" w:rsidRDefault="00443D9B" w:rsidP="00443D9B">
      <w:pPr>
        <w:autoSpaceDE w:val="0"/>
        <w:autoSpaceDN w:val="0"/>
        <w:adjustRightInd w:val="0"/>
        <w:spacing w:after="0" w:line="240" w:lineRule="auto"/>
      </w:pPr>
    </w:p>
    <w:p w14:paraId="59F69B54" w14:textId="5B4A6712" w:rsidR="00443D9B" w:rsidRDefault="00443D9B" w:rsidP="00443D9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auto"/>
          <w:sz w:val="26"/>
          <w:szCs w:val="26"/>
          <w:lang w:val="en-GB"/>
        </w:rPr>
      </w:pPr>
      <w:r>
        <w:rPr>
          <w:rFonts w:ascii="Helvetica Neue" w:hAnsi="Helvetica Neue" w:cs="Helvetica Neue"/>
          <w:noProof/>
          <w:color w:val="auto"/>
          <w:sz w:val="26"/>
          <w:szCs w:val="26"/>
          <w:lang w:val="en-GB"/>
        </w:rPr>
        <w:drawing>
          <wp:inline distT="0" distB="0" distL="0" distR="0" wp14:anchorId="7AD0DC79" wp14:editId="5A7EB756">
            <wp:extent cx="1554546" cy="2236206"/>
            <wp:effectExtent l="0" t="0" r="0" b="0"/>
            <wp:docPr id="2002008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332" cy="22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0DAF7" w14:textId="526CE8D1" w:rsidR="00443D9B" w:rsidRDefault="00443D9B">
      <w:pPr>
        <w:spacing w:before="240"/>
      </w:pPr>
    </w:p>
    <w:sectPr w:rsidR="00443D9B" w:rsidSect="00034616">
      <w:headerReference w:type="default" r:id="rId11"/>
      <w:footerReference w:type="default" r:id="rId12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37FF3" w14:textId="77777777" w:rsidR="00356B82" w:rsidRDefault="00356B82">
      <w:pPr>
        <w:spacing w:after="0" w:line="240" w:lineRule="auto"/>
      </w:pPr>
      <w:r>
        <w:separator/>
      </w:r>
    </w:p>
  </w:endnote>
  <w:endnote w:type="continuationSeparator" w:id="0">
    <w:p w14:paraId="2D88A2D1" w14:textId="77777777" w:rsidR="00356B82" w:rsidRDefault="0035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0B7D4" w14:textId="7343F621" w:rsidR="004D6C25" w:rsidRDefault="00000000">
    <w:pPr>
      <w:pStyle w:val="Footer"/>
      <w:jc w:val="center"/>
    </w:pPr>
    <w:r>
      <w:rPr>
        <w:b/>
      </w:rPr>
      <w:t>BABY SURE GLOBAL</w:t>
    </w:r>
    <w:r>
      <w:rPr>
        <w:b/>
      </w:rPr>
      <w:br/>
    </w:r>
    <w:r>
      <w:rPr>
        <w:sz w:val="16"/>
      </w:rPr>
      <w:t>+91 8447748708 | info@babysureglobal.com</w:t>
    </w:r>
    <w:r>
      <w:rPr>
        <w:sz w:val="16"/>
      </w:rPr>
      <w:br/>
      <w:t>www.babysureglobal.com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6C9E89" w14:textId="77777777" w:rsidR="00356B82" w:rsidRDefault="00356B82">
      <w:pPr>
        <w:spacing w:after="0" w:line="240" w:lineRule="auto"/>
      </w:pPr>
      <w:r>
        <w:separator/>
      </w:r>
    </w:p>
  </w:footnote>
  <w:footnote w:type="continuationSeparator" w:id="0">
    <w:p w14:paraId="59F5273E" w14:textId="77777777" w:rsidR="00356B82" w:rsidRDefault="00356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F7A05" w14:textId="77777777" w:rsidR="004D6C25" w:rsidRDefault="00000000">
    <w:pPr>
      <w:pStyle w:val="Header"/>
      <w:jc w:val="right"/>
    </w:pPr>
    <w:r>
      <w:rPr>
        <w:rFonts w:ascii="Georgia" w:hAnsi="Georgia"/>
        <w:b/>
        <w:sz w:val="30"/>
      </w:rPr>
      <w:t>BABY SURE GLOBAL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620642">
    <w:abstractNumId w:val="8"/>
  </w:num>
  <w:num w:numId="2" w16cid:durableId="876742004">
    <w:abstractNumId w:val="6"/>
  </w:num>
  <w:num w:numId="3" w16cid:durableId="1512718484">
    <w:abstractNumId w:val="5"/>
  </w:num>
  <w:num w:numId="4" w16cid:durableId="1103724440">
    <w:abstractNumId w:val="4"/>
  </w:num>
  <w:num w:numId="5" w16cid:durableId="472718057">
    <w:abstractNumId w:val="7"/>
  </w:num>
  <w:num w:numId="6" w16cid:durableId="345599196">
    <w:abstractNumId w:val="3"/>
  </w:num>
  <w:num w:numId="7" w16cid:durableId="814105943">
    <w:abstractNumId w:val="2"/>
  </w:num>
  <w:num w:numId="8" w16cid:durableId="632490366">
    <w:abstractNumId w:val="1"/>
  </w:num>
  <w:num w:numId="9" w16cid:durableId="7730166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4E8"/>
    <w:rsid w:val="0015074B"/>
    <w:rsid w:val="001C18BE"/>
    <w:rsid w:val="001D7DA6"/>
    <w:rsid w:val="00231FF9"/>
    <w:rsid w:val="0029639D"/>
    <w:rsid w:val="00326F90"/>
    <w:rsid w:val="00356B82"/>
    <w:rsid w:val="00443D9B"/>
    <w:rsid w:val="004D6C25"/>
    <w:rsid w:val="006F76E5"/>
    <w:rsid w:val="009755E0"/>
    <w:rsid w:val="00AA12CE"/>
    <w:rsid w:val="00AA1D8D"/>
    <w:rsid w:val="00AE34B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55E7B8"/>
  <w14:defaultImageDpi w14:val="300"/>
  <w15:docId w15:val="{23F7ED32-40C5-A645-B519-47984C4A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9B"/>
    <w:pPr>
      <w:spacing w:after="100" w:line="254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Kazakhstan IVF Package Offer and Patient Acceptance</dc:title>
  <dc:subject/>
  <dc:creator>Baby Sure Global</dc:creator>
  <cp:keywords/>
  <dc:description>generated by python-docx</dc:description>
  <cp:lastModifiedBy>Manish Alagh</cp:lastModifiedBy>
  <cp:revision>2</cp:revision>
  <dcterms:created xsi:type="dcterms:W3CDTF">2026-10-11T08:04:00Z</dcterms:created>
  <dcterms:modified xsi:type="dcterms:W3CDTF">2026-10-11T08:04:00Z</dcterms:modified>
  <cp:category/>
</cp:coreProperties>
</file>